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410F99" w14:textId="77777777" w:rsidR="00004741" w:rsidRPr="0024469C" w:rsidRDefault="00000000">
      <w:pPr>
        <w:spacing w:after="0" w:line="240" w:lineRule="auto"/>
        <w:jc w:val="right"/>
        <w:rPr>
          <w:lang w:val="ru-RU"/>
        </w:rPr>
      </w:pPr>
      <w:r w:rsidRPr="0024469C">
        <w:rPr>
          <w:b/>
          <w:lang w:val="ru-RU"/>
        </w:rPr>
        <w:t>«ЗАТВЕРДЖУЮ»</w:t>
      </w:r>
    </w:p>
    <w:p w14:paraId="05003900" w14:textId="77777777" w:rsidR="00004741" w:rsidRPr="0024469C" w:rsidRDefault="00000000">
      <w:pPr>
        <w:spacing w:after="0" w:line="240" w:lineRule="auto"/>
        <w:jc w:val="right"/>
        <w:rPr>
          <w:lang w:val="ru-RU"/>
        </w:rPr>
      </w:pPr>
      <w:r w:rsidRPr="0024469C">
        <w:rPr>
          <w:lang w:val="ru-RU"/>
        </w:rPr>
        <w:t>[Посада керівника / проректора]</w:t>
      </w:r>
    </w:p>
    <w:p w14:paraId="7497755C" w14:textId="77777777" w:rsidR="00004741" w:rsidRPr="0024469C" w:rsidRDefault="00000000">
      <w:pPr>
        <w:spacing w:after="0" w:line="240" w:lineRule="auto"/>
        <w:jc w:val="right"/>
        <w:rPr>
          <w:lang w:val="ru-RU"/>
        </w:rPr>
      </w:pPr>
      <w:r w:rsidRPr="0024469C">
        <w:rPr>
          <w:lang w:val="ru-RU"/>
        </w:rPr>
        <w:t>[Назва закладу вищої освіти]</w:t>
      </w:r>
    </w:p>
    <w:p w14:paraId="717E4BBF" w14:textId="77777777" w:rsidR="00004741" w:rsidRPr="0024469C" w:rsidRDefault="00000000">
      <w:pPr>
        <w:spacing w:after="0" w:line="240" w:lineRule="auto"/>
        <w:jc w:val="right"/>
        <w:rPr>
          <w:lang w:val="ru-RU"/>
        </w:rPr>
      </w:pPr>
      <w:r w:rsidRPr="0024469C">
        <w:rPr>
          <w:lang w:val="ru-RU"/>
        </w:rPr>
        <w:t>[Науковий ступінь, вчене звання]</w:t>
      </w:r>
    </w:p>
    <w:p w14:paraId="152CCBDC" w14:textId="77777777" w:rsidR="00004741" w:rsidRPr="0024469C" w:rsidRDefault="00000000">
      <w:pPr>
        <w:spacing w:after="0" w:line="240" w:lineRule="auto"/>
        <w:jc w:val="right"/>
        <w:rPr>
          <w:lang w:val="ru-RU"/>
        </w:rPr>
      </w:pPr>
      <w:r w:rsidRPr="0024469C">
        <w:rPr>
          <w:lang w:val="ru-RU"/>
        </w:rPr>
        <w:t>[ПІБ]</w:t>
      </w:r>
    </w:p>
    <w:p w14:paraId="729578EE" w14:textId="77777777" w:rsidR="00004741" w:rsidRPr="0024469C" w:rsidRDefault="00000000">
      <w:pPr>
        <w:spacing w:after="0" w:line="240" w:lineRule="auto"/>
        <w:jc w:val="right"/>
        <w:rPr>
          <w:lang w:val="ru-RU"/>
        </w:rPr>
      </w:pPr>
      <w:r w:rsidRPr="0024469C">
        <w:rPr>
          <w:lang w:val="ru-RU"/>
        </w:rPr>
        <w:t>«___» __________ 20__ р.</w:t>
      </w:r>
    </w:p>
    <w:p w14:paraId="6B4D43A3" w14:textId="77777777" w:rsidR="00004741" w:rsidRPr="0024469C" w:rsidRDefault="00000000">
      <w:pPr>
        <w:spacing w:after="120" w:line="240" w:lineRule="auto"/>
        <w:jc w:val="center"/>
        <w:rPr>
          <w:lang w:val="ru-RU"/>
        </w:rPr>
      </w:pPr>
      <w:r w:rsidRPr="0024469C">
        <w:rPr>
          <w:b/>
          <w:lang w:val="ru-RU"/>
        </w:rPr>
        <w:t>ВИСНОВОК</w:t>
      </w:r>
    </w:p>
    <w:p w14:paraId="0E28A3C0" w14:textId="77777777" w:rsidR="00004741" w:rsidRPr="0024469C" w:rsidRDefault="00000000">
      <w:pPr>
        <w:spacing w:after="0" w:line="240" w:lineRule="auto"/>
        <w:rPr>
          <w:lang w:val="ru-RU"/>
        </w:rPr>
      </w:pPr>
      <w:r w:rsidRPr="0024469C">
        <w:rPr>
          <w:lang w:val="ru-RU"/>
        </w:rPr>
        <w:t>розширеного фахового семінару [назва кафедри] [назва факультету/інституту] [повна назва закладу вищої освіти] щодо наукової новизни, теоретичного та практичного значення результатів дисертаційної роботи [ПІБ ЗДОБУВАЧА] на тему «[ПОВНА НАЗВА ДИСЕРТАЦІЇ]», поданої на здобуття наукового ступеня доктора філософії за спеціальністю [код і назва спеціальності], галузь знань [код і назва галузі]</w:t>
      </w:r>
    </w:p>
    <w:p w14:paraId="481EC701" w14:textId="77777777" w:rsidR="00004741" w:rsidRDefault="00000000">
      <w:pPr>
        <w:spacing w:after="0" w:line="240" w:lineRule="auto"/>
        <w:jc w:val="center"/>
      </w:pPr>
      <w:r>
        <w:rPr>
          <w:b/>
        </w:rPr>
        <w:t>Витяг</w:t>
      </w:r>
    </w:p>
    <w:p w14:paraId="5FC54B6D" w14:textId="77777777" w:rsidR="00004741" w:rsidRDefault="00000000">
      <w:pPr>
        <w:spacing w:after="0" w:line="240" w:lineRule="auto"/>
      </w:pPr>
      <w:r>
        <w:t>з протоколу № [__] засідання розширеного фахового семінару [назва кафедри] [структурний підрозділ] [повна назва ЗВО]</w:t>
      </w:r>
    </w:p>
    <w:p w14:paraId="2EEB7B2D" w14:textId="77777777" w:rsidR="00004741" w:rsidRDefault="00000000">
      <w:pPr>
        <w:spacing w:after="0" w:line="240" w:lineRule="auto"/>
      </w:pPr>
      <w:r>
        <w:t>від «__» __________ 20__ року</w:t>
      </w:r>
    </w:p>
    <w:p w14:paraId="1AE13A60" w14:textId="77777777" w:rsidR="00004741" w:rsidRDefault="00000000">
      <w:pPr>
        <w:spacing w:after="120" w:line="240" w:lineRule="auto"/>
        <w:jc w:val="center"/>
      </w:pPr>
      <w:r>
        <w:rPr>
          <w:b/>
        </w:rPr>
        <w:t>ПРИСУТНІ:</w:t>
      </w:r>
    </w:p>
    <w:p w14:paraId="4D894439" w14:textId="77777777" w:rsidR="00004741" w:rsidRDefault="00000000">
      <w:pPr>
        <w:spacing w:after="0" w:line="240" w:lineRule="auto"/>
        <w:ind w:firstLine="709"/>
      </w:pPr>
      <w:r>
        <w:t>1. [ПІБ], [науковий ступінь], [вчене звання/посада], [кафедра].</w:t>
      </w:r>
    </w:p>
    <w:p w14:paraId="260B2643" w14:textId="77777777" w:rsidR="00004741" w:rsidRDefault="00000000">
      <w:pPr>
        <w:spacing w:after="0" w:line="240" w:lineRule="auto"/>
        <w:ind w:firstLine="709"/>
      </w:pPr>
      <w:r>
        <w:t>2. [ПІБ], [науковий ступінь], [вчене звання/посада], [кафедра].</w:t>
      </w:r>
    </w:p>
    <w:p w14:paraId="14C78CDE" w14:textId="77777777" w:rsidR="00004741" w:rsidRDefault="00000000">
      <w:pPr>
        <w:spacing w:after="0" w:line="240" w:lineRule="auto"/>
        <w:ind w:firstLine="709"/>
      </w:pPr>
      <w:r>
        <w:t>3. [ПІБ], [науковий ступінь], [вчене звання/посада], [кафедра].</w:t>
      </w:r>
    </w:p>
    <w:p w14:paraId="4673E0C9" w14:textId="77777777" w:rsidR="00004741" w:rsidRDefault="00000000">
      <w:pPr>
        <w:spacing w:after="0" w:line="240" w:lineRule="auto"/>
        <w:ind w:firstLine="709"/>
      </w:pPr>
      <w:r>
        <w:t>4. [ПІБ], [науковий ступінь], [вчене звання/посада], [кафедра].</w:t>
      </w:r>
    </w:p>
    <w:p w14:paraId="66836B70" w14:textId="77777777" w:rsidR="00004741" w:rsidRDefault="00000000">
      <w:pPr>
        <w:spacing w:after="0" w:line="240" w:lineRule="auto"/>
        <w:ind w:firstLine="709"/>
      </w:pPr>
      <w:r>
        <w:t>5. [ПІБ], [науковий ступінь], [вчене звання/посада], [кафедра].</w:t>
      </w:r>
    </w:p>
    <w:p w14:paraId="5ABDA185" w14:textId="77777777" w:rsidR="00004741" w:rsidRDefault="00000000">
      <w:pPr>
        <w:spacing w:after="0" w:line="240" w:lineRule="auto"/>
        <w:ind w:firstLine="709"/>
      </w:pPr>
      <w:r>
        <w:t>[За потреби продовжити перелік присутніх.]</w:t>
      </w:r>
    </w:p>
    <w:p w14:paraId="37EA527E" w14:textId="77777777" w:rsidR="00004741" w:rsidRDefault="00000000">
      <w:pPr>
        <w:spacing w:after="0" w:line="240" w:lineRule="auto"/>
        <w:ind w:firstLine="709"/>
      </w:pPr>
      <w:r>
        <w:t>З присутніх: [__] докторів наук, [__] докторів філософії, [__] кандидатів наук — фахівці за профілем представленої дисертації.</w:t>
      </w:r>
    </w:p>
    <w:p w14:paraId="336B8A2F" w14:textId="77777777" w:rsidR="00004741" w:rsidRDefault="00000000">
      <w:pPr>
        <w:spacing w:after="0" w:line="240" w:lineRule="auto"/>
        <w:ind w:firstLine="709"/>
      </w:pPr>
      <w:r>
        <w:t>Голова засідання — [ПІБ], [науковий ступінь], [вчене звання/посада].</w:t>
      </w:r>
    </w:p>
    <w:p w14:paraId="3FA101D2" w14:textId="77777777" w:rsidR="00004741" w:rsidRDefault="00000000">
      <w:pPr>
        <w:spacing w:after="120" w:line="240" w:lineRule="auto"/>
        <w:jc w:val="center"/>
      </w:pPr>
      <w:r>
        <w:rPr>
          <w:b/>
        </w:rPr>
        <w:t>ПОРЯДОК ДЕННИЙ:</w:t>
      </w:r>
    </w:p>
    <w:p w14:paraId="1ECF997A" w14:textId="77777777" w:rsidR="00004741" w:rsidRDefault="00000000">
      <w:pPr>
        <w:spacing w:after="0" w:line="240" w:lineRule="auto"/>
        <w:ind w:firstLine="709"/>
      </w:pPr>
      <w:r>
        <w:t>Обговорення дисертації аспіранта/аспірантки [назва кафедри] [ПІБ] на тему «[НАЗВА ДИСЕРТАЦІЇ]», представленої на здобуття наукового ступеня доктора філософії зі спеціальності [код — назва], галузі знань [код — назва].</w:t>
      </w:r>
    </w:p>
    <w:p w14:paraId="1D3F9C0A" w14:textId="77777777" w:rsidR="00004741" w:rsidRDefault="00000000">
      <w:pPr>
        <w:spacing w:after="0" w:line="240" w:lineRule="auto"/>
        <w:ind w:firstLine="709"/>
      </w:pPr>
      <w:r>
        <w:t>Науковий керівник — [ПІБ], [науковий ступінь], [вчене звання], [посада].</w:t>
      </w:r>
    </w:p>
    <w:p w14:paraId="2C51E062" w14:textId="77777777" w:rsidR="00004741" w:rsidRDefault="00000000">
      <w:pPr>
        <w:spacing w:after="0" w:line="240" w:lineRule="auto"/>
        <w:ind w:firstLine="709"/>
      </w:pPr>
      <w:r>
        <w:t>Тему дисертації «[НАЗВА]» затверджено [номер документа/наказу] від [дата] на засіданні [назва Вченої ради], протокол № [__] від [дата].</w:t>
      </w:r>
    </w:p>
    <w:p w14:paraId="5C19E4A5" w14:textId="77777777" w:rsidR="00004741" w:rsidRDefault="00000000">
      <w:pPr>
        <w:spacing w:after="120" w:line="240" w:lineRule="auto"/>
        <w:jc w:val="center"/>
      </w:pPr>
      <w:r>
        <w:rPr>
          <w:b/>
        </w:rPr>
        <w:t>СЛУХАЛИ:</w:t>
      </w:r>
    </w:p>
    <w:p w14:paraId="68656DFF" w14:textId="77777777" w:rsidR="00004741" w:rsidRDefault="00000000">
      <w:pPr>
        <w:spacing w:after="0" w:line="240" w:lineRule="auto"/>
        <w:ind w:firstLine="709"/>
      </w:pPr>
      <w:r>
        <w:t>доповідь аспіранта/аспірантки [ПІБ] за матеріалами дисертації: «[НАЗВА ДИСЕРТАЦІЇ]».</w:t>
      </w:r>
    </w:p>
    <w:p w14:paraId="1639CA99" w14:textId="77777777" w:rsidR="00004741" w:rsidRDefault="00000000">
      <w:pPr>
        <w:spacing w:after="0" w:line="240" w:lineRule="auto"/>
        <w:ind w:firstLine="709"/>
      </w:pPr>
      <w:r>
        <w:t>По доповіді було задано [__] запитань, на які доповідач/доповідачка дав(ла) правильні та ґрунтовні відповіді. Питання задавали: [ПІБ, наукові ступені, посади].</w:t>
      </w:r>
    </w:p>
    <w:p w14:paraId="421E05D5" w14:textId="77777777" w:rsidR="00004741" w:rsidRDefault="00000000">
      <w:pPr>
        <w:spacing w:after="120" w:line="240" w:lineRule="auto"/>
        <w:jc w:val="center"/>
      </w:pPr>
      <w:r>
        <w:rPr>
          <w:b/>
        </w:rPr>
        <w:lastRenderedPageBreak/>
        <w:t>ВИСТУПИ ПРИСУТНІХ:</w:t>
      </w:r>
    </w:p>
    <w:p w14:paraId="14D28357" w14:textId="77777777" w:rsidR="00004741" w:rsidRDefault="00000000">
      <w:pPr>
        <w:spacing w:after="0" w:line="240" w:lineRule="auto"/>
        <w:ind w:firstLine="709"/>
      </w:pPr>
      <w:r>
        <w:t>З характеристикою наукової зрілості здобувача/здобувачки виступив(ла) науковий керівник — [ПІБ], [ступінь, звання]. У своєму виступі зазначив(ла) успішне виконання аспірантом/аспіранткою індивідуального навчального плану та індивідуального плану наукової роботи; дисертація є результатом самостійного дослідження та завершеною науковою працею, містить наукову новизну та має теоретичне і практичне значення.</w:t>
      </w:r>
    </w:p>
    <w:p w14:paraId="6B05549A" w14:textId="77777777" w:rsidR="00004741" w:rsidRDefault="00000000">
      <w:pPr>
        <w:spacing w:after="0" w:line="240" w:lineRule="auto"/>
        <w:ind w:firstLine="709"/>
      </w:pPr>
      <w:r>
        <w:t>[Абзац щодо актуальності, наукової новизни, практичної цінності та загальної оцінки роботи.]</w:t>
      </w:r>
    </w:p>
    <w:p w14:paraId="468B9A65" w14:textId="77777777" w:rsidR="00004741" w:rsidRDefault="00000000">
      <w:pPr>
        <w:spacing w:after="0" w:line="240" w:lineRule="auto"/>
        <w:ind w:firstLine="709"/>
      </w:pPr>
      <w:r>
        <w:t>З оцінкою дисертаційної роботи [ПІБ] виступив(ла) [ПІБ рецензента/члена семінару], [ступінь, звання]. [Текст оцінки, основні переваги, зауваження рекомендаційного характеру.]</w:t>
      </w:r>
    </w:p>
    <w:p w14:paraId="74AEF7AB" w14:textId="77777777" w:rsidR="00004741" w:rsidRDefault="00000000">
      <w:pPr>
        <w:spacing w:after="0" w:line="240" w:lineRule="auto"/>
        <w:ind w:firstLine="709"/>
      </w:pPr>
      <w:r>
        <w:t>З оцінкою дисертації також виступили: [ПІБ, ступінь, звання], [ПІБ, ступінь, звання]. [Узагальнений текст щодо наукового рівня, відповідності вимогам, апробації, академічної доброчесності.]</w:t>
      </w:r>
    </w:p>
    <w:p w14:paraId="7760594C" w14:textId="77777777" w:rsidR="00004741" w:rsidRDefault="00000000">
      <w:pPr>
        <w:spacing w:after="120" w:line="240" w:lineRule="auto"/>
        <w:jc w:val="center"/>
      </w:pPr>
      <w:r>
        <w:rPr>
          <w:b/>
        </w:rPr>
        <w:t>УХВАЛИЛИ:</w:t>
      </w:r>
    </w:p>
    <w:p w14:paraId="464EB451" w14:textId="77777777" w:rsidR="00004741" w:rsidRDefault="00000000">
      <w:pPr>
        <w:spacing w:after="0" w:line="240" w:lineRule="auto"/>
        <w:ind w:firstLine="709"/>
      </w:pPr>
      <w:r>
        <w:t>1. Дисертаційна робота [ПІБ] на тему «[НАЗВА ДИСЕРТАЦІЇ]» є завершеною науковою працею, в якій розв'язано конкретне наукове завдання, а саме [ФОРМУЛЮВАННЯ НАУКОВОГО ЗАВДАННЯ], що має важливе значення для галузі знань [код — назва], спеціальності [код — назва].</w:t>
      </w:r>
    </w:p>
    <w:p w14:paraId="54685D11" w14:textId="77777777" w:rsidR="00004741" w:rsidRDefault="00000000">
      <w:pPr>
        <w:spacing w:after="120" w:line="240" w:lineRule="auto"/>
        <w:jc w:val="center"/>
      </w:pPr>
      <w:r>
        <w:rPr>
          <w:b/>
        </w:rPr>
        <w:t>1. Актуальність вибраної теми досліджень.</w:t>
      </w:r>
    </w:p>
    <w:p w14:paraId="42C7469E" w14:textId="77777777" w:rsidR="00004741" w:rsidRDefault="00000000">
      <w:pPr>
        <w:spacing w:after="0" w:line="240" w:lineRule="auto"/>
        <w:ind w:firstLine="709"/>
      </w:pPr>
      <w:r>
        <w:t>[2–5 абзаців про наукову та практичну актуальність теми, сучасний стан проблеми, суспільні/економічні/галузеві виклики, які зумовили необхідність дослідження.]</w:t>
      </w:r>
    </w:p>
    <w:p w14:paraId="71ECF562" w14:textId="77777777" w:rsidR="00004741" w:rsidRDefault="00000000">
      <w:pPr>
        <w:spacing w:after="120" w:line="240" w:lineRule="auto"/>
        <w:jc w:val="center"/>
      </w:pPr>
      <w:r>
        <w:rPr>
          <w:b/>
        </w:rPr>
        <w:t>2. Зв’язок теми дисертації з державними програмами, науковими напрямками університету та кафедри.</w:t>
      </w:r>
    </w:p>
    <w:p w14:paraId="2A8EB693" w14:textId="77777777" w:rsidR="00004741" w:rsidRDefault="00000000">
      <w:pPr>
        <w:spacing w:after="0" w:line="240" w:lineRule="auto"/>
        <w:ind w:firstLine="709"/>
      </w:pPr>
      <w:r>
        <w:t>Дисертаційне дослідження виконане відповідно до плану науково-дослідних робіт [назва кафедри/ЗВО] в межах теми «[НАЗВА НДР]» (державний реєстраційний номер [номер]).</w:t>
      </w:r>
    </w:p>
    <w:p w14:paraId="3FFEF68D" w14:textId="77777777" w:rsidR="00004741" w:rsidRDefault="00000000">
      <w:pPr>
        <w:spacing w:after="120" w:line="240" w:lineRule="auto"/>
        <w:jc w:val="center"/>
      </w:pPr>
      <w:r>
        <w:rPr>
          <w:b/>
        </w:rPr>
        <w:t>3. Достовірність та обґрунтованість отриманих результатів та запропонованих автором рішень, висновків, рекомендацій.</w:t>
      </w:r>
    </w:p>
    <w:p w14:paraId="33454E33" w14:textId="77777777" w:rsidR="00004741" w:rsidRDefault="00000000">
      <w:pPr>
        <w:spacing w:after="0" w:line="240" w:lineRule="auto"/>
        <w:ind w:firstLine="709"/>
      </w:pPr>
      <w:r>
        <w:t>Достовірність та обґрунтованість забезпечені [методологією, методами, інформаційною базою, апробацією, статистичними/експериментальними даними тощо].</w:t>
      </w:r>
    </w:p>
    <w:p w14:paraId="04D5BF3E" w14:textId="77777777" w:rsidR="00004741" w:rsidRDefault="00000000">
      <w:pPr>
        <w:spacing w:after="120" w:line="240" w:lineRule="auto"/>
        <w:jc w:val="center"/>
      </w:pPr>
      <w:r>
        <w:rPr>
          <w:b/>
        </w:rPr>
        <w:t>4. Ступінь новизни основних результатів дисертації порівняно з відомими дослідженнями аналогічного характеру.</w:t>
      </w:r>
    </w:p>
    <w:p w14:paraId="1716504B" w14:textId="77777777" w:rsidR="00004741" w:rsidRDefault="00000000">
      <w:pPr>
        <w:spacing w:after="0" w:line="240" w:lineRule="auto"/>
        <w:ind w:firstLine="709"/>
      </w:pPr>
      <w:r>
        <w:t>Наукова новизна одержаних результатів полягає у [ЗАГАЛЬНЕ ФОРМУЛЮВАННЯ].</w:t>
      </w:r>
    </w:p>
    <w:p w14:paraId="4E130B83" w14:textId="77777777" w:rsidR="00004741" w:rsidRPr="00542387" w:rsidRDefault="00000000">
      <w:pPr>
        <w:spacing w:after="0" w:line="240" w:lineRule="auto"/>
        <w:ind w:firstLine="709"/>
        <w:rPr>
          <w:lang w:val="ru-RU"/>
        </w:rPr>
      </w:pPr>
      <w:r w:rsidRPr="00542387">
        <w:rPr>
          <w:lang w:val="ru-RU"/>
        </w:rPr>
        <w:lastRenderedPageBreak/>
        <w:t>Удосконалено:</w:t>
      </w:r>
      <w:r w:rsidRPr="00542387">
        <w:rPr>
          <w:lang w:val="ru-RU"/>
        </w:rPr>
        <w:br/>
        <w:t>- [результат 1];</w:t>
      </w:r>
      <w:r w:rsidRPr="00542387">
        <w:rPr>
          <w:lang w:val="ru-RU"/>
        </w:rPr>
        <w:br/>
        <w:t>- [результат 2];</w:t>
      </w:r>
      <w:r w:rsidRPr="00542387">
        <w:rPr>
          <w:lang w:val="ru-RU"/>
        </w:rPr>
        <w:br/>
        <w:t>- [результат 3].</w:t>
      </w:r>
    </w:p>
    <w:p w14:paraId="4BAD7841" w14:textId="77777777" w:rsidR="00004741" w:rsidRPr="00542387" w:rsidRDefault="00000000">
      <w:pPr>
        <w:spacing w:after="0" w:line="240" w:lineRule="auto"/>
        <w:ind w:firstLine="709"/>
        <w:rPr>
          <w:lang w:val="ru-RU"/>
        </w:rPr>
      </w:pPr>
      <w:r w:rsidRPr="00542387">
        <w:rPr>
          <w:lang w:val="ru-RU"/>
        </w:rPr>
        <w:t>Дістало подальшого розвитку:</w:t>
      </w:r>
      <w:r w:rsidRPr="00542387">
        <w:rPr>
          <w:lang w:val="ru-RU"/>
        </w:rPr>
        <w:br/>
        <w:t>- [результат 1];</w:t>
      </w:r>
      <w:r w:rsidRPr="00542387">
        <w:rPr>
          <w:lang w:val="ru-RU"/>
        </w:rPr>
        <w:br/>
        <w:t>- [результат 2];</w:t>
      </w:r>
      <w:r w:rsidRPr="00542387">
        <w:rPr>
          <w:lang w:val="ru-RU"/>
        </w:rPr>
        <w:br/>
        <w:t>- [результат 3].</w:t>
      </w:r>
    </w:p>
    <w:p w14:paraId="58EB4362" w14:textId="77777777" w:rsidR="00004741" w:rsidRPr="00542387" w:rsidRDefault="00000000">
      <w:pPr>
        <w:spacing w:after="120" w:line="240" w:lineRule="auto"/>
        <w:jc w:val="center"/>
        <w:rPr>
          <w:lang w:val="ru-RU"/>
        </w:rPr>
      </w:pPr>
      <w:r w:rsidRPr="00542387">
        <w:rPr>
          <w:b/>
          <w:lang w:val="ru-RU"/>
        </w:rPr>
        <w:t>5. Перелік наукових праць, які відображають основні наукові результати дисертації.</w:t>
      </w:r>
    </w:p>
    <w:p w14:paraId="5484E469" w14:textId="77777777" w:rsidR="00004741" w:rsidRDefault="00000000">
      <w:pPr>
        <w:spacing w:after="0" w:line="240" w:lineRule="auto"/>
        <w:ind w:firstLine="709"/>
      </w:pPr>
      <w:r w:rsidRPr="00542387">
        <w:rPr>
          <w:lang w:val="ru-RU"/>
        </w:rPr>
        <w:t>Статті у наукових фахових виданнях / виданнях, включених до міжнародних наукометричних баз:</w:t>
      </w:r>
      <w:r w:rsidRPr="00542387">
        <w:rPr>
          <w:lang w:val="ru-RU"/>
        </w:rPr>
        <w:br/>
        <w:t xml:space="preserve">[1. </w:t>
      </w:r>
      <w:r>
        <w:t>Бібліографічний опис]</w:t>
      </w:r>
      <w:r>
        <w:br/>
        <w:t>[2. Бібліографічний опис]</w:t>
      </w:r>
      <w:r>
        <w:br/>
        <w:t>[3. Бібліографічний опис]</w:t>
      </w:r>
    </w:p>
    <w:p w14:paraId="093B79DF" w14:textId="77777777" w:rsidR="00004741" w:rsidRDefault="00000000">
      <w:pPr>
        <w:spacing w:after="0" w:line="240" w:lineRule="auto"/>
        <w:ind w:firstLine="709"/>
      </w:pPr>
      <w:r>
        <w:t>Публікації, які засвідчують апробацію матеріалів дисертації:</w:t>
      </w:r>
      <w:r>
        <w:br/>
        <w:t>[4. Бібліографічний опис]</w:t>
      </w:r>
      <w:r>
        <w:br/>
        <w:t>[5. Бібліографічний опис]</w:t>
      </w:r>
    </w:p>
    <w:p w14:paraId="49BF1ECD" w14:textId="77777777" w:rsidR="00004741" w:rsidRDefault="00000000">
      <w:pPr>
        <w:spacing w:after="120" w:line="240" w:lineRule="auto"/>
        <w:jc w:val="center"/>
      </w:pPr>
      <w:r>
        <w:rPr>
          <w:b/>
        </w:rPr>
        <w:t>6. Особистий внесок здобувача в отриманні наукових результатів.</w:t>
      </w:r>
    </w:p>
    <w:p w14:paraId="440D808E" w14:textId="77777777" w:rsidR="00004741" w:rsidRDefault="00000000">
      <w:pPr>
        <w:spacing w:after="0" w:line="240" w:lineRule="auto"/>
        <w:ind w:firstLine="709"/>
      </w:pPr>
      <w:r>
        <w:t>Основні наукові результати, висновки та рекомендації, наведені у дисертації та винесені на захист, отримано автором/авторкою самостійно та опубліковано в [__] наукових працях. У роботах, опублікованих у співавторстві, автору/авторці належать такі результати: [конкретизувати внесок за кожною спільною публікацією].</w:t>
      </w:r>
    </w:p>
    <w:p w14:paraId="55099882" w14:textId="77777777" w:rsidR="00004741" w:rsidRDefault="00000000">
      <w:pPr>
        <w:spacing w:after="120" w:line="240" w:lineRule="auto"/>
        <w:jc w:val="center"/>
      </w:pPr>
      <w:r>
        <w:rPr>
          <w:b/>
        </w:rPr>
        <w:t>7. Апробація основних результатів дослідження на конференціях, симпозіумах, семінарах тощо.</w:t>
      </w:r>
    </w:p>
    <w:p w14:paraId="6C2C93A8" w14:textId="77777777" w:rsidR="00004741" w:rsidRDefault="00000000">
      <w:pPr>
        <w:spacing w:after="0" w:line="240" w:lineRule="auto"/>
        <w:ind w:firstLine="709"/>
      </w:pPr>
      <w:r>
        <w:t>Основні положення і результати дисертаційного дослідження доповідались і обговорювались на [ПЕРЕЛІК КОНФЕРЕНЦІЙ, СЕМІНАРІВ, КРУГЛИХ СТОЛІВ ІЗ ДАТАМИ].</w:t>
      </w:r>
    </w:p>
    <w:p w14:paraId="05298B79" w14:textId="77777777" w:rsidR="00004741" w:rsidRDefault="00000000">
      <w:pPr>
        <w:spacing w:after="120" w:line="240" w:lineRule="auto"/>
        <w:jc w:val="center"/>
      </w:pPr>
      <w:r>
        <w:rPr>
          <w:b/>
        </w:rPr>
        <w:t>8. Наукове значення виконаного дослідження із зазначенням наукових галузей та розділів програм навчальних курсів, де можуть бути застосовані отримані результати.</w:t>
      </w:r>
    </w:p>
    <w:p w14:paraId="25D8429A" w14:textId="77777777" w:rsidR="00004741" w:rsidRDefault="00000000">
      <w:pPr>
        <w:spacing w:after="0" w:line="240" w:lineRule="auto"/>
        <w:ind w:firstLine="709"/>
      </w:pPr>
      <w:r>
        <w:t>Наукове значення виконаного дослідження полягає у [ФОРМУЛЮВАННЯ]. Результати можуть бути використані у [наукових галузях, освітньому процесі, конкретних освітніх компонентах/курсах].</w:t>
      </w:r>
    </w:p>
    <w:p w14:paraId="747FD6C6" w14:textId="77777777" w:rsidR="00004741" w:rsidRDefault="00000000">
      <w:pPr>
        <w:spacing w:after="120" w:line="240" w:lineRule="auto"/>
        <w:jc w:val="center"/>
      </w:pPr>
      <w:r>
        <w:rPr>
          <w:b/>
        </w:rPr>
        <w:t>9. Практична цінність результатів дослідження із зазначенням конкретного підприємства або галузі народного господарства, де вони можуть бути застосовані.</w:t>
      </w:r>
    </w:p>
    <w:p w14:paraId="675F590C" w14:textId="77777777" w:rsidR="00004741" w:rsidRDefault="00000000">
      <w:pPr>
        <w:spacing w:after="0" w:line="240" w:lineRule="auto"/>
        <w:ind w:firstLine="709"/>
      </w:pPr>
      <w:r>
        <w:t xml:space="preserve">Висновки і пропозиції дисертаційного дослідження можуть бути використані: [органами державної влади / місцевого самоврядування / </w:t>
      </w:r>
      <w:r>
        <w:lastRenderedPageBreak/>
        <w:t>підприємствами / установами / організаціями / галузевими структурами]. [За наявності — зазначити конкретні акти впровадження, довідки, підприємства, установи, результати впровадження].</w:t>
      </w:r>
    </w:p>
    <w:p w14:paraId="4FE80995" w14:textId="77777777" w:rsidR="00004741" w:rsidRDefault="00000000">
      <w:pPr>
        <w:spacing w:after="120" w:line="240" w:lineRule="auto"/>
        <w:jc w:val="center"/>
      </w:pPr>
      <w:r>
        <w:rPr>
          <w:b/>
        </w:rPr>
        <w:t>10. Оцінка структури дисертації, її мови та стилю викладання.</w:t>
      </w:r>
    </w:p>
    <w:p w14:paraId="13C48C5F" w14:textId="77777777" w:rsidR="00004741" w:rsidRDefault="00000000">
      <w:pPr>
        <w:spacing w:after="0" w:line="240" w:lineRule="auto"/>
        <w:ind w:firstLine="709"/>
      </w:pPr>
      <w:r>
        <w:t>Дисертаційна робота складається з [анотації, вступу, кількості розділів, висновків, списку використаних джерел, додатків]. Загальний обсяг роботи становить [__] сторінок, у тому числі [__] сторінок основного тексту. Робота ілюстрована [__] таблицями та [__] рисунками. Рукопис дисертаційної роботи викладено літературною українською мовою. Автор/авторка дотримувався/дотримувалася стилістичних правил висвітлення матеріалів наукового дослідження. Для підготовленого тексту характерні: чітка структуризація, однозначність уживання термінології, доступність розуміння поглядів автора, точність формулювань, логічність, послідовність та доказовість науково-практичних узагальнень і висновків. Отже, дисертація за структурою, мовою та стилем викладення відповідає вимогам до оформлення дисертацій.</w:t>
      </w:r>
    </w:p>
    <w:p w14:paraId="7649D9EC" w14:textId="77777777" w:rsidR="00004741" w:rsidRDefault="00000000">
      <w:pPr>
        <w:spacing w:after="120" w:line="240" w:lineRule="auto"/>
        <w:jc w:val="center"/>
      </w:pPr>
      <w:r>
        <w:rPr>
          <w:b/>
        </w:rPr>
        <w:t>Підсумкова ухвала</w:t>
      </w:r>
    </w:p>
    <w:p w14:paraId="0A3A2288" w14:textId="77777777" w:rsidR="00004741" w:rsidRDefault="00000000">
      <w:pPr>
        <w:spacing w:after="0" w:line="240" w:lineRule="auto"/>
        <w:ind w:firstLine="709"/>
      </w:pPr>
      <w:r>
        <w:t>а) основні результати дисертації висвітлені в [__] публікаціях, з яких [__] статей у наукових фахових виданнях України/інших виданнях відповідно до встановлених вимог, а також [__] публікацій/матеріалів конференцій;</w:t>
      </w:r>
    </w:p>
    <w:p w14:paraId="734B6F2E" w14:textId="77777777" w:rsidR="00004741" w:rsidRDefault="00000000">
      <w:pPr>
        <w:spacing w:after="0" w:line="240" w:lineRule="auto"/>
        <w:ind w:firstLine="709"/>
      </w:pPr>
      <w:r>
        <w:t>б) дисертація відповідає вимогам [зазначити чинні нормативні документи, накази МОН та постанови Кабінету Міністрів України на дату оформлення висновку];</w:t>
      </w:r>
    </w:p>
    <w:p w14:paraId="2FF52542" w14:textId="77777777" w:rsidR="00004741" w:rsidRDefault="00000000">
      <w:pPr>
        <w:spacing w:after="0" w:line="240" w:lineRule="auto"/>
        <w:ind w:firstLine="709"/>
      </w:pPr>
      <w:r>
        <w:t>в) враховуючи наукову зрілість та професійні якості [ПІБ], дисертацію на тему «[НАЗВА]» рекомендується до захисту у разовій спеціалізованій вченій раді.</w:t>
      </w:r>
    </w:p>
    <w:p w14:paraId="6AA31DE1" w14:textId="77777777" w:rsidR="00004741" w:rsidRDefault="00000000">
      <w:pPr>
        <w:spacing w:after="0" w:line="240" w:lineRule="auto"/>
        <w:ind w:firstLine="709"/>
      </w:pPr>
      <w:r>
        <w:t>2. Пропонувати Вченій раді [назва ЗВО] утворити разову спеціалізовану вчену раду у складі:</w:t>
      </w:r>
    </w:p>
    <w:p w14:paraId="0EBE36D4" w14:textId="77777777" w:rsidR="00004741" w:rsidRDefault="00000000">
      <w:pPr>
        <w:spacing w:after="0" w:line="240" w:lineRule="auto"/>
        <w:ind w:firstLine="709"/>
      </w:pPr>
      <w:r>
        <w:t>Голова: [ПІБ], [науковий ступінь], [вчене звання], [посада], [заклад].</w:t>
      </w:r>
    </w:p>
    <w:p w14:paraId="6596B7A3" w14:textId="77777777" w:rsidR="00004741" w:rsidRDefault="00000000">
      <w:pPr>
        <w:spacing w:after="0" w:line="240" w:lineRule="auto"/>
        <w:ind w:firstLine="709"/>
      </w:pPr>
      <w:r>
        <w:t>Рецензенти:</w:t>
      </w:r>
    </w:p>
    <w:p w14:paraId="620FC7BF" w14:textId="77777777" w:rsidR="00004741" w:rsidRDefault="00000000">
      <w:pPr>
        <w:spacing w:after="0" w:line="240" w:lineRule="auto"/>
        <w:ind w:firstLine="709"/>
      </w:pPr>
      <w:r>
        <w:t>- [ПІБ], [ступінь, звання, посада, заклад];</w:t>
      </w:r>
    </w:p>
    <w:p w14:paraId="126EDAEF" w14:textId="77777777" w:rsidR="00004741" w:rsidRDefault="00000000">
      <w:pPr>
        <w:spacing w:after="0" w:line="240" w:lineRule="auto"/>
        <w:ind w:firstLine="709"/>
      </w:pPr>
      <w:r>
        <w:t>- [ПІБ], [ступінь, звання, посада, заклад].</w:t>
      </w:r>
    </w:p>
    <w:p w14:paraId="41D1AF8E" w14:textId="77777777" w:rsidR="00004741" w:rsidRDefault="00000000">
      <w:pPr>
        <w:spacing w:after="0" w:line="240" w:lineRule="auto"/>
        <w:ind w:firstLine="709"/>
      </w:pPr>
      <w:r>
        <w:t>Опоненти:</w:t>
      </w:r>
    </w:p>
    <w:p w14:paraId="2448C549" w14:textId="77777777" w:rsidR="00004741" w:rsidRDefault="00000000">
      <w:pPr>
        <w:spacing w:after="0" w:line="240" w:lineRule="auto"/>
        <w:ind w:firstLine="709"/>
      </w:pPr>
      <w:r>
        <w:t>- [ПІБ], [ступінь, звання, посада, заклад];</w:t>
      </w:r>
    </w:p>
    <w:p w14:paraId="16C54E2D" w14:textId="77777777" w:rsidR="00004741" w:rsidRDefault="00000000">
      <w:pPr>
        <w:spacing w:after="0" w:line="240" w:lineRule="auto"/>
        <w:ind w:firstLine="709"/>
      </w:pPr>
      <w:r>
        <w:t>- [ПІБ], [ступінь, звання, посада, заклад].</w:t>
      </w:r>
    </w:p>
    <w:p w14:paraId="2A54C0DB" w14:textId="77777777" w:rsidR="00004741" w:rsidRDefault="00000000">
      <w:pPr>
        <w:spacing w:after="0" w:line="240" w:lineRule="auto"/>
        <w:ind w:firstLine="709"/>
      </w:pPr>
      <w:r>
        <w:t>За ухвалу проголосували:</w:t>
      </w:r>
    </w:p>
    <w:p w14:paraId="1077675B" w14:textId="77777777" w:rsidR="00004741" w:rsidRDefault="00000000">
      <w:pPr>
        <w:spacing w:after="0" w:line="240" w:lineRule="auto"/>
        <w:ind w:firstLine="709"/>
      </w:pPr>
      <w:r>
        <w:t>«За» — [__]</w:t>
      </w:r>
    </w:p>
    <w:p w14:paraId="4FC4C0B6" w14:textId="77777777" w:rsidR="00004741" w:rsidRDefault="00000000">
      <w:pPr>
        <w:spacing w:after="0" w:line="240" w:lineRule="auto"/>
        <w:ind w:firstLine="709"/>
      </w:pPr>
      <w:r>
        <w:t>«Проти» — [немає / __]</w:t>
      </w:r>
    </w:p>
    <w:p w14:paraId="4A21D7DD" w14:textId="77777777" w:rsidR="00004741" w:rsidRDefault="00000000">
      <w:pPr>
        <w:spacing w:after="0" w:line="240" w:lineRule="auto"/>
        <w:ind w:firstLine="709"/>
      </w:pPr>
      <w:r>
        <w:t>«Утримались» — [немає / __]</w:t>
      </w:r>
    </w:p>
    <w:p w14:paraId="0F6319A5" w14:textId="77777777" w:rsidR="00004741" w:rsidRDefault="00000000">
      <w:pPr>
        <w:spacing w:after="0" w:line="240" w:lineRule="auto"/>
      </w:pPr>
      <w:r>
        <w:t>Голова засідання кафедри,</w:t>
      </w:r>
    </w:p>
    <w:p w14:paraId="67DB990B" w14:textId="77777777" w:rsidR="00004741" w:rsidRDefault="00000000">
      <w:pPr>
        <w:spacing w:after="0" w:line="240" w:lineRule="auto"/>
      </w:pPr>
      <w:r>
        <w:t>[науковий ступінь, вчене звання],</w:t>
      </w:r>
    </w:p>
    <w:p w14:paraId="6E8B2D7C" w14:textId="77777777" w:rsidR="00004741" w:rsidRDefault="00000000">
      <w:pPr>
        <w:spacing w:after="0" w:line="240" w:lineRule="auto"/>
      </w:pPr>
      <w:r>
        <w:t>[посада, ПІБ]</w:t>
      </w:r>
    </w:p>
    <w:p w14:paraId="4191FD00" w14:textId="77777777" w:rsidR="00004741" w:rsidRDefault="00000000">
      <w:pPr>
        <w:spacing w:after="0" w:line="240" w:lineRule="auto"/>
      </w:pPr>
      <w:r>
        <w:lastRenderedPageBreak/>
        <w:t>Гарант освітньої програми</w:t>
      </w:r>
    </w:p>
    <w:p w14:paraId="18A3C670" w14:textId="77777777" w:rsidR="00004741" w:rsidRDefault="00000000">
      <w:pPr>
        <w:spacing w:after="0" w:line="240" w:lineRule="auto"/>
      </w:pPr>
      <w:r>
        <w:t>«[Назва ОП]», рівня вищої освіти</w:t>
      </w:r>
    </w:p>
    <w:p w14:paraId="5E007D91" w14:textId="77777777" w:rsidR="00004741" w:rsidRDefault="00000000">
      <w:pPr>
        <w:spacing w:after="0" w:line="240" w:lineRule="auto"/>
      </w:pPr>
      <w:r>
        <w:t>«Доктор філософії»</w:t>
      </w:r>
    </w:p>
    <w:p w14:paraId="53DE1D6F" w14:textId="77777777" w:rsidR="00004741" w:rsidRDefault="00000000">
      <w:pPr>
        <w:spacing w:after="0" w:line="240" w:lineRule="auto"/>
      </w:pPr>
      <w:r>
        <w:t>[науковий ступінь, вчене звання, ПІБ]</w:t>
      </w:r>
    </w:p>
    <w:sectPr w:rsidR="00004741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0364292">
    <w:abstractNumId w:val="8"/>
  </w:num>
  <w:num w:numId="2" w16cid:durableId="384448117">
    <w:abstractNumId w:val="6"/>
  </w:num>
  <w:num w:numId="3" w16cid:durableId="370151896">
    <w:abstractNumId w:val="5"/>
  </w:num>
  <w:num w:numId="4" w16cid:durableId="1645155946">
    <w:abstractNumId w:val="4"/>
  </w:num>
  <w:num w:numId="5" w16cid:durableId="315110779">
    <w:abstractNumId w:val="7"/>
  </w:num>
  <w:num w:numId="6" w16cid:durableId="890656725">
    <w:abstractNumId w:val="3"/>
  </w:num>
  <w:num w:numId="7" w16cid:durableId="2035038032">
    <w:abstractNumId w:val="2"/>
  </w:num>
  <w:num w:numId="8" w16cid:durableId="2025938756">
    <w:abstractNumId w:val="1"/>
  </w:num>
  <w:num w:numId="9" w16cid:durableId="12853845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741"/>
    <w:rsid w:val="00034616"/>
    <w:rsid w:val="0006063C"/>
    <w:rsid w:val="001059ED"/>
    <w:rsid w:val="0015074B"/>
    <w:rsid w:val="0024469C"/>
    <w:rsid w:val="0029639D"/>
    <w:rsid w:val="00326F90"/>
    <w:rsid w:val="00542387"/>
    <w:rsid w:val="00AA1D8D"/>
    <w:rsid w:val="00B47730"/>
    <w:rsid w:val="00CB0664"/>
    <w:rsid w:val="00FC0C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97CBEF"/>
  <w14:defaultImageDpi w14:val="300"/>
  <w15:docId w15:val="{38C7D748-4EA6-0642-88E3-FA3C6AD5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Sofia</cp:lastModifiedBy>
  <cp:revision>3</cp:revision>
  <dcterms:created xsi:type="dcterms:W3CDTF">2013-12-23T23:15:00Z</dcterms:created>
  <dcterms:modified xsi:type="dcterms:W3CDTF">2026-10-19T09:33:00Z</dcterms:modified>
  <cp:category/>
</cp:coreProperties>
</file>